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34E46" w14:textId="0989D70B" w:rsidR="0011339A" w:rsidRDefault="00000000" w:rsidP="005564B5">
      <w:pPr>
        <w:spacing w:after="400"/>
      </w:pPr>
      <w:r>
        <w:rPr>
          <w:b/>
        </w:rPr>
        <w:t>ROMÂNIA</w:t>
      </w:r>
      <w:r>
        <w:rPr>
          <w:b/>
        </w:rPr>
        <w:br/>
        <w:t>JUDEȚUL MUREȘ</w:t>
      </w:r>
      <w:r>
        <w:rPr>
          <w:b/>
        </w:rPr>
        <w:br/>
        <w:t xml:space="preserve">COMUNA </w:t>
      </w:r>
      <w:r w:rsidR="005564B5">
        <w:rPr>
          <w:b/>
        </w:rPr>
        <w:t>OGRA</w:t>
      </w:r>
    </w:p>
    <w:p w14:paraId="782EBCB3" w14:textId="77777777" w:rsidR="0011339A" w:rsidRDefault="00000000" w:rsidP="005564B5">
      <w:pPr>
        <w:spacing w:after="360"/>
        <w:jc w:val="center"/>
      </w:pPr>
      <w:r>
        <w:rPr>
          <w:b/>
          <w:sz w:val="24"/>
        </w:rPr>
        <w:t>FORMULAR</w:t>
      </w:r>
      <w:r>
        <w:rPr>
          <w:b/>
          <w:sz w:val="24"/>
        </w:rPr>
        <w:br/>
        <w:t>DE RAPORTARE ÎN INTERES PUBLIC*</w:t>
      </w:r>
    </w:p>
    <w:p w14:paraId="340A2719" w14:textId="4AD7617B" w:rsidR="0011339A" w:rsidRDefault="00000000" w:rsidP="005564B5">
      <w:pPr>
        <w:spacing w:after="40" w:line="360" w:lineRule="auto"/>
      </w:pPr>
      <w:r>
        <w:t>Subsemnatul/Subsemnata............................................................................................................................</w:t>
      </w:r>
      <w:r w:rsidR="005564B5">
        <w:t>..................</w:t>
      </w:r>
    </w:p>
    <w:p w14:paraId="048ABE88" w14:textId="77777777" w:rsidR="0011339A" w:rsidRDefault="00000000" w:rsidP="005564B5">
      <w:pPr>
        <w:spacing w:after="40" w:line="360" w:lineRule="auto"/>
        <w:jc w:val="center"/>
      </w:pPr>
      <w:r>
        <w:rPr>
          <w:i/>
          <w:sz w:val="18"/>
        </w:rPr>
        <w:t xml:space="preserve">                                                   (numele și prenumele)</w:t>
      </w:r>
    </w:p>
    <w:p w14:paraId="59BC0FB7" w14:textId="77777777" w:rsidR="0011339A" w:rsidRDefault="00000000" w:rsidP="005564B5">
      <w:pPr>
        <w:spacing w:after="40" w:line="360" w:lineRule="auto"/>
      </w:pPr>
      <w:r>
        <w:t>cu domiciliul/reședința în ........................................ str. ........................................ nr. .......... bl. ........ sc. ...... et. .......</w:t>
      </w:r>
    </w:p>
    <w:p w14:paraId="1EB3D50C" w14:textId="53045A56" w:rsidR="0011339A" w:rsidRDefault="00000000" w:rsidP="005564B5">
      <w:pPr>
        <w:spacing w:after="40" w:line="360" w:lineRule="auto"/>
      </w:pPr>
      <w:r>
        <w:t>ap. ....., județul ................................ telefon ................................, e-mail ......................................................................</w:t>
      </w:r>
    </w:p>
    <w:p w14:paraId="7400E09C" w14:textId="5A7FF63C" w:rsidR="0011339A" w:rsidRDefault="00000000" w:rsidP="005564B5">
      <w:pPr>
        <w:spacing w:after="40" w:line="360" w:lineRule="auto"/>
      </w:pPr>
      <w:r>
        <w:t>fiind .................................................................................................................................................................................</w:t>
      </w:r>
    </w:p>
    <w:p w14:paraId="60B5A3CD" w14:textId="77777777" w:rsidR="0011339A" w:rsidRDefault="00000000" w:rsidP="005564B5">
      <w:pPr>
        <w:spacing w:after="40" w:line="360" w:lineRule="auto"/>
        <w:jc w:val="center"/>
      </w:pPr>
      <w:r>
        <w:rPr>
          <w:i/>
          <w:sz w:val="16"/>
        </w:rPr>
        <w:t xml:space="preserve">        (funcția în raport cu Instituția - salariat, viitor/fost salariat al Instituției, furnizor de servicii, membru al Consiliului Local, etc.)</w:t>
      </w:r>
    </w:p>
    <w:p w14:paraId="3359D54D" w14:textId="77777777" w:rsidR="0011339A" w:rsidRDefault="00000000" w:rsidP="005564B5">
      <w:pPr>
        <w:spacing w:after="40" w:line="360" w:lineRule="auto"/>
      </w:pPr>
      <w:r>
        <w:t>în temeiul art. 2 din Legea nr. 361 din 16 decembrie 2022 privind protecția avertizorilor în interes public, vă</w:t>
      </w:r>
    </w:p>
    <w:p w14:paraId="1858BF0C" w14:textId="77777777" w:rsidR="0011339A" w:rsidRDefault="00000000" w:rsidP="005564B5">
      <w:pPr>
        <w:spacing w:after="40" w:line="360" w:lineRule="auto"/>
      </w:pPr>
      <w:r>
        <w:t>aduc la cunoștință următoarele: .................................................................................................................................</w:t>
      </w:r>
    </w:p>
    <w:p w14:paraId="1FA5DB32" w14:textId="77777777" w:rsidR="0011339A" w:rsidRDefault="00000000" w:rsidP="005564B5">
      <w:pPr>
        <w:spacing w:after="40" w:line="360" w:lineRule="auto"/>
        <w:jc w:val="center"/>
      </w:pPr>
      <w:r>
        <w:rPr>
          <w:i/>
          <w:sz w:val="16"/>
        </w:rPr>
        <w:t xml:space="preserve">                                                                                  (descrierea faptei susceptibile să constituie încălcarea legii)</w:t>
      </w:r>
    </w:p>
    <w:p w14:paraId="38D6CA9B" w14:textId="63D0C211" w:rsidR="0011339A" w:rsidRDefault="00000000" w:rsidP="005564B5">
      <w:pPr>
        <w:spacing w:after="40" w:line="360" w:lineRule="auto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2327740D" w14:textId="208D3256" w:rsidR="0011339A" w:rsidRDefault="00000000" w:rsidP="005564B5">
      <w:pPr>
        <w:spacing w:after="40" w:line="360" w:lineRule="auto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3B9BE519" w14:textId="77777777" w:rsidR="0011339A" w:rsidRDefault="00000000" w:rsidP="005564B5">
      <w:pPr>
        <w:spacing w:after="40" w:line="360" w:lineRule="auto"/>
        <w:jc w:val="center"/>
      </w:pPr>
      <w:r>
        <w:rPr>
          <w:i/>
          <w:sz w:val="16"/>
        </w:rPr>
        <w:t xml:space="preserve">                                                                                  (</w:t>
      </w:r>
      <w:proofErr w:type="gramStart"/>
      <w:r>
        <w:rPr>
          <w:i/>
          <w:sz w:val="16"/>
        </w:rPr>
        <w:t>se</w:t>
      </w:r>
      <w:proofErr w:type="gramEnd"/>
      <w:r>
        <w:rPr>
          <w:i/>
          <w:sz w:val="16"/>
        </w:rPr>
        <w:t xml:space="preserve"> descrie situația considerată de avertizor ca fiind o încălcare a Legii nr. 361/2022)</w:t>
      </w:r>
    </w:p>
    <w:p w14:paraId="66B0C9C5" w14:textId="77777777" w:rsidR="0011339A" w:rsidRDefault="00000000" w:rsidP="005564B5">
      <w:pPr>
        <w:spacing w:after="40" w:line="360" w:lineRule="auto"/>
      </w:pPr>
      <w:r>
        <w:t>în următoarele împrejurări ...........................................................................................................................................</w:t>
      </w:r>
    </w:p>
    <w:p w14:paraId="273974AB" w14:textId="77777777" w:rsidR="0011339A" w:rsidRDefault="00000000" w:rsidP="005564B5">
      <w:pPr>
        <w:spacing w:after="40" w:line="360" w:lineRule="auto"/>
        <w:jc w:val="center"/>
      </w:pPr>
      <w:r>
        <w:rPr>
          <w:i/>
          <w:sz w:val="16"/>
        </w:rPr>
        <w:t xml:space="preserve">                                                                                  (contextul profesional în care au fost obținute informațiile referitoare la faptă)</w:t>
      </w:r>
    </w:p>
    <w:p w14:paraId="623D7F63" w14:textId="5AB1E230" w:rsidR="0011339A" w:rsidRDefault="00000000" w:rsidP="005564B5">
      <w:pPr>
        <w:spacing w:after="40" w:line="360" w:lineRule="auto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6C4CECCD" w14:textId="753F275F" w:rsidR="0011339A" w:rsidRDefault="00000000" w:rsidP="005564B5">
      <w:pPr>
        <w:spacing w:after="40" w:line="360" w:lineRule="auto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5E256DA1" w14:textId="77777777" w:rsidR="0011339A" w:rsidRDefault="00000000" w:rsidP="005564B5">
      <w:pPr>
        <w:spacing w:after="40" w:line="360" w:lineRule="auto"/>
      </w:pPr>
      <w:r>
        <w:t>În dovedirea celor afirmate depun, în copie, următoarele acte:</w:t>
      </w:r>
    </w:p>
    <w:p w14:paraId="5CEBAEC0" w14:textId="7C2FA22B" w:rsidR="0011339A" w:rsidRDefault="00000000" w:rsidP="005564B5">
      <w:pPr>
        <w:spacing w:after="40" w:line="360" w:lineRule="auto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589BDFDA" w14:textId="77777777" w:rsidR="0011339A" w:rsidRDefault="00000000" w:rsidP="005564B5">
      <w:pPr>
        <w:spacing w:after="40" w:line="360" w:lineRule="auto"/>
        <w:jc w:val="center"/>
      </w:pPr>
      <w:r>
        <w:rPr>
          <w:i/>
          <w:sz w:val="16"/>
        </w:rPr>
        <w:t xml:space="preserve">                                                                                  (se vor anexa inclusiv copii după documentele invocate, după caz)</w:t>
      </w:r>
    </w:p>
    <w:p w14:paraId="6EE7A1CF" w14:textId="22E9BE20" w:rsidR="0011339A" w:rsidRDefault="00000000" w:rsidP="005564B5">
      <w:pPr>
        <w:spacing w:after="40" w:line="360" w:lineRule="auto"/>
      </w:pPr>
      <w:r>
        <w:t>...........................................................................................................................................................................................</w:t>
      </w:r>
    </w:p>
    <w:p w14:paraId="756437C2" w14:textId="18FA1B65" w:rsidR="0011339A" w:rsidRDefault="00000000" w:rsidP="005564B5">
      <w:pPr>
        <w:spacing w:after="40"/>
        <w:jc w:val="both"/>
      </w:pPr>
      <w:r>
        <w:t xml:space="preserve">Față de cele de mai sus, vă rog să dispuneți măsurile legale pentru apărarea drepturilor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îmi</w:t>
      </w:r>
      <w:proofErr w:type="spellEnd"/>
      <w:r>
        <w:t xml:space="preserve"> sunt </w:t>
      </w:r>
      <w:proofErr w:type="spellStart"/>
      <w:r>
        <w:t>recunoscute</w:t>
      </w:r>
      <w:proofErr w:type="spellEnd"/>
      <w:r w:rsidR="005564B5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361/2022, precum și cele ale Regulamentului (UE) nr. 679/2016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persoanelor</w:t>
      </w:r>
      <w:proofErr w:type="spellEnd"/>
      <w:r w:rsidR="005564B5">
        <w:t xml:space="preserve"> </w:t>
      </w:r>
      <w:r>
        <w:t xml:space="preserve">cu </w:t>
      </w:r>
      <w:proofErr w:type="spellStart"/>
      <w:r>
        <w:t>privire</w:t>
      </w:r>
      <w:proofErr w:type="spellEnd"/>
      <w:r w:rsidR="005564B5">
        <w:t xml:space="preserve"> </w:t>
      </w:r>
      <w:r>
        <w:t xml:space="preserve">la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caracter personal și libera circulație </w:t>
      </w:r>
      <w:proofErr w:type="gramStart"/>
      <w:r>
        <w:t>a</w:t>
      </w:r>
      <w:proofErr w:type="gramEnd"/>
      <w:r>
        <w:t xml:space="preserve"> acestor date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abrogare</w:t>
      </w:r>
      <w:proofErr w:type="spellEnd"/>
      <w:r>
        <w:t xml:space="preserve"> a</w:t>
      </w:r>
      <w:r w:rsidR="005564B5">
        <w:t xml:space="preserve"> </w:t>
      </w:r>
      <w:proofErr w:type="spellStart"/>
      <w:r>
        <w:t>Directivei</w:t>
      </w:r>
      <w:proofErr w:type="spellEnd"/>
      <w:r>
        <w:t xml:space="preserve"> 95/46/CE (</w:t>
      </w:r>
      <w:proofErr w:type="spellStart"/>
      <w:r>
        <w:t>Regulamentul</w:t>
      </w:r>
      <w:proofErr w:type="spellEnd"/>
      <w:r>
        <w:t xml:space="preserve"> general </w:t>
      </w:r>
      <w:proofErr w:type="spellStart"/>
      <w:r>
        <w:t>privind</w:t>
      </w:r>
      <w:proofErr w:type="spellEnd"/>
      <w:r>
        <w:t xml:space="preserve"> protecția datelor).</w:t>
      </w:r>
    </w:p>
    <w:p w14:paraId="20BC098F" w14:textId="77777777" w:rsidR="0011339A" w:rsidRDefault="00000000" w:rsidP="005564B5">
      <w:pPr>
        <w:spacing w:after="300"/>
        <w:jc w:val="both"/>
      </w:pPr>
      <w:r>
        <w:t>Solicit ca demersurile efectuate în legătură cu soluționarea acestei sesizări să nu fie făcute publice.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11339A" w14:paraId="1D8E34D9" w14:textId="77777777">
        <w:trPr>
          <w:jc w:val="center"/>
        </w:trPr>
        <w:tc>
          <w:tcPr>
            <w:tcW w:w="3969" w:type="dxa"/>
            <w:vAlign w:val="center"/>
          </w:tcPr>
          <w:p w14:paraId="68C784FE" w14:textId="77777777" w:rsidR="0011339A" w:rsidRDefault="00000000" w:rsidP="005564B5">
            <w:pPr>
              <w:spacing w:line="360" w:lineRule="auto"/>
              <w:jc w:val="center"/>
            </w:pPr>
            <w:r>
              <w:rPr>
                <w:sz w:val="18"/>
              </w:rPr>
              <w:t>.................................................</w:t>
            </w:r>
          </w:p>
        </w:tc>
        <w:tc>
          <w:tcPr>
            <w:tcW w:w="3969" w:type="dxa"/>
            <w:vAlign w:val="center"/>
          </w:tcPr>
          <w:p w14:paraId="49460081" w14:textId="77777777" w:rsidR="0011339A" w:rsidRDefault="00000000" w:rsidP="005564B5">
            <w:pPr>
              <w:spacing w:line="360" w:lineRule="auto"/>
              <w:jc w:val="center"/>
            </w:pPr>
            <w:r>
              <w:rPr>
                <w:sz w:val="18"/>
              </w:rPr>
              <w:t>.................................................</w:t>
            </w:r>
          </w:p>
        </w:tc>
      </w:tr>
      <w:tr w:rsidR="0011339A" w14:paraId="7B3E75D0" w14:textId="77777777">
        <w:trPr>
          <w:jc w:val="center"/>
        </w:trPr>
        <w:tc>
          <w:tcPr>
            <w:tcW w:w="3969" w:type="dxa"/>
            <w:vAlign w:val="center"/>
          </w:tcPr>
          <w:p w14:paraId="738E3674" w14:textId="77777777" w:rsidR="0011339A" w:rsidRDefault="00000000" w:rsidP="005564B5">
            <w:pPr>
              <w:spacing w:line="360" w:lineRule="auto"/>
              <w:jc w:val="center"/>
            </w:pPr>
            <w:r>
              <w:rPr>
                <w:sz w:val="18"/>
              </w:rPr>
              <w:t>Semnătura</w:t>
            </w:r>
          </w:p>
        </w:tc>
        <w:tc>
          <w:tcPr>
            <w:tcW w:w="3969" w:type="dxa"/>
            <w:vAlign w:val="center"/>
          </w:tcPr>
          <w:p w14:paraId="31CC073D" w14:textId="77777777" w:rsidR="0011339A" w:rsidRDefault="00000000" w:rsidP="005564B5">
            <w:pPr>
              <w:spacing w:line="360" w:lineRule="auto"/>
              <w:jc w:val="center"/>
            </w:pPr>
            <w:r>
              <w:rPr>
                <w:sz w:val="18"/>
              </w:rPr>
              <w:t>Data</w:t>
            </w:r>
          </w:p>
        </w:tc>
      </w:tr>
    </w:tbl>
    <w:p w14:paraId="35A93A04" w14:textId="22C5FD25" w:rsidR="0011339A" w:rsidRDefault="00000000" w:rsidP="005564B5">
      <w:pPr>
        <w:spacing w:after="0" w:line="240" w:lineRule="auto"/>
      </w:pPr>
      <w:r>
        <w:rPr>
          <w:i/>
          <w:sz w:val="16"/>
        </w:rPr>
        <w:t xml:space="preserve">*Conținutul prezentului Formular de raportare în interes public este întocmit în conformitate cu dispozițiile Legii nr. 361/2022 </w:t>
      </w:r>
      <w:proofErr w:type="spellStart"/>
      <w:r>
        <w:rPr>
          <w:i/>
          <w:sz w:val="16"/>
        </w:rPr>
        <w:t>privind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protecția</w:t>
      </w:r>
      <w:proofErr w:type="spellEnd"/>
      <w:r w:rsidR="005564B5"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avertizorilor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în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interes</w:t>
      </w:r>
      <w:proofErr w:type="spellEnd"/>
      <w:r>
        <w:rPr>
          <w:i/>
          <w:sz w:val="16"/>
        </w:rPr>
        <w:t xml:space="preserve"> public care </w:t>
      </w:r>
      <w:proofErr w:type="spellStart"/>
      <w:r>
        <w:rPr>
          <w:i/>
          <w:sz w:val="16"/>
        </w:rPr>
        <w:t>transpune</w:t>
      </w:r>
      <w:proofErr w:type="spellEnd"/>
      <w:r>
        <w:rPr>
          <w:i/>
          <w:sz w:val="16"/>
        </w:rPr>
        <w:t xml:space="preserve"> Directiva (UE) 2019/1937 </w:t>
      </w:r>
      <w:proofErr w:type="spellStart"/>
      <w:r>
        <w:rPr>
          <w:i/>
          <w:sz w:val="16"/>
        </w:rPr>
        <w:t>privind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protecția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persoanelor</w:t>
      </w:r>
      <w:proofErr w:type="spellEnd"/>
      <w:r>
        <w:rPr>
          <w:i/>
          <w:sz w:val="16"/>
        </w:rPr>
        <w:t xml:space="preserve"> care</w:t>
      </w:r>
      <w:r w:rsidR="005564B5">
        <w:rPr>
          <w:i/>
        </w:rPr>
        <w:t xml:space="preserve"> </w:t>
      </w:r>
      <w:proofErr w:type="spellStart"/>
      <w:r>
        <w:rPr>
          <w:i/>
          <w:sz w:val="16"/>
        </w:rPr>
        <w:t>raportează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încălcări</w:t>
      </w:r>
      <w:proofErr w:type="spellEnd"/>
      <w:r>
        <w:rPr>
          <w:i/>
          <w:sz w:val="16"/>
        </w:rPr>
        <w:t xml:space="preserve"> ale </w:t>
      </w:r>
      <w:proofErr w:type="spellStart"/>
      <w:r>
        <w:rPr>
          <w:i/>
          <w:sz w:val="16"/>
        </w:rPr>
        <w:t>dreptului</w:t>
      </w:r>
      <w:proofErr w:type="spellEnd"/>
      <w:r w:rsidR="005564B5"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Uniunii</w:t>
      </w:r>
      <w:proofErr w:type="spellEnd"/>
    </w:p>
    <w:p w14:paraId="3823746F" w14:textId="77777777" w:rsidR="0011339A" w:rsidRDefault="00000000" w:rsidP="005564B5">
      <w:pPr>
        <w:spacing w:after="40" w:line="240" w:lineRule="auto"/>
      </w:pPr>
      <w:r>
        <w:rPr>
          <w:sz w:val="16"/>
        </w:rPr>
        <w:t>F-PAIP-AC-01-02</w:t>
      </w:r>
    </w:p>
    <w:sectPr w:rsidR="0011339A" w:rsidSect="00556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3020003">
    <w:abstractNumId w:val="8"/>
  </w:num>
  <w:num w:numId="2" w16cid:durableId="430440458">
    <w:abstractNumId w:val="6"/>
  </w:num>
  <w:num w:numId="3" w16cid:durableId="549072277">
    <w:abstractNumId w:val="5"/>
  </w:num>
  <w:num w:numId="4" w16cid:durableId="68425085">
    <w:abstractNumId w:val="4"/>
  </w:num>
  <w:num w:numId="5" w16cid:durableId="1151796275">
    <w:abstractNumId w:val="7"/>
  </w:num>
  <w:num w:numId="6" w16cid:durableId="2077120573">
    <w:abstractNumId w:val="3"/>
  </w:num>
  <w:num w:numId="7" w16cid:durableId="1091775103">
    <w:abstractNumId w:val="2"/>
  </w:num>
  <w:num w:numId="8" w16cid:durableId="2557312">
    <w:abstractNumId w:val="1"/>
  </w:num>
  <w:num w:numId="9" w16cid:durableId="165584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39A"/>
    <w:rsid w:val="0015074B"/>
    <w:rsid w:val="0029639D"/>
    <w:rsid w:val="00326F90"/>
    <w:rsid w:val="005564B5"/>
    <w:rsid w:val="00AA1D8D"/>
    <w:rsid w:val="00B47730"/>
    <w:rsid w:val="00C511A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5219D1"/>
  <w14:defaultImageDpi w14:val="300"/>
  <w15:docId w15:val="{2D16516E-43A5-471E-8FA1-70FEC0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Salcudean Iulian-Marius</cp:lastModifiedBy>
  <cp:revision>2</cp:revision>
  <dcterms:created xsi:type="dcterms:W3CDTF">2026-08-26T05:43:00Z</dcterms:created>
  <dcterms:modified xsi:type="dcterms:W3CDTF">2026-08-26T05:43:00Z</dcterms:modified>
  <cp:category/>
</cp:coreProperties>
</file>